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0F361" w14:textId="77777777" w:rsidR="008338EB" w:rsidRPr="00EA64B8" w:rsidRDefault="008053FC">
      <w:pPr>
        <w:spacing w:after="40"/>
        <w:jc w:val="center"/>
        <w:rPr>
          <w:sz w:val="22"/>
          <w:szCs w:val="24"/>
          <w:lang w:eastAsia="zh-TW"/>
        </w:rPr>
      </w:pPr>
      <w:r w:rsidRPr="00EA64B8">
        <w:rPr>
          <w:b/>
          <w:color w:val="1F4E78"/>
          <w:sz w:val="36"/>
          <w:szCs w:val="24"/>
          <w:lang w:eastAsia="zh-TW"/>
        </w:rPr>
        <w:t>大型活動膳食留樣申請表</w:t>
      </w:r>
    </w:p>
    <w:p w14:paraId="60C57879" w14:textId="77777777" w:rsidR="008338EB" w:rsidRDefault="008053FC">
      <w:pPr>
        <w:spacing w:after="100"/>
        <w:jc w:val="center"/>
        <w:rPr>
          <w:lang w:eastAsia="zh-TW"/>
        </w:rPr>
      </w:pPr>
      <w:r>
        <w:rPr>
          <w:color w:val="595959"/>
          <w:sz w:val="19"/>
          <w:lang w:eastAsia="zh-TW"/>
        </w:rPr>
        <w:t>校內用餐人數達100人以上之活動適用</w:t>
      </w:r>
    </w:p>
    <w:tbl>
      <w:tblPr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1416"/>
        <w:gridCol w:w="1985"/>
        <w:gridCol w:w="1700"/>
        <w:gridCol w:w="1417"/>
        <w:gridCol w:w="285"/>
        <w:gridCol w:w="3402"/>
      </w:tblGrid>
      <w:tr w:rsidR="008338EB" w14:paraId="5E6E06F5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2ABA88E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19"/>
                <w:lang w:eastAsia="zh-TW"/>
              </w:rPr>
              <w:t>為維護食品安全，凡提供外購盒餐或團體膳食者，請完整填寫本表；葷食、素食及其他不同類別餐食應分別留樣。</w:t>
            </w:r>
          </w:p>
        </w:tc>
      </w:tr>
      <w:tr w:rsidR="008338EB" w14:paraId="31B546C1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E0DC7C3" w14:textId="77777777" w:rsidR="008338EB" w:rsidRDefault="008053FC">
            <w:pPr>
              <w:spacing w:after="0" w:line="252" w:lineRule="auto"/>
            </w:pPr>
            <w:r>
              <w:rPr>
                <w:b/>
                <w:color w:val="1F4E78"/>
              </w:rPr>
              <w:t>一、活動及承辦資料</w:t>
            </w:r>
          </w:p>
        </w:tc>
      </w:tr>
      <w:tr w:rsidR="008338EB" w14:paraId="63177DCB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2681576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申請日期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E0BFDF3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民國　　　年　　　月　　　日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D1A21F3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活動名稱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E955CD8" w14:textId="77777777" w:rsidR="008338EB" w:rsidRDefault="008338EB">
            <w:pPr>
              <w:spacing w:after="0" w:line="252" w:lineRule="auto"/>
            </w:pPr>
          </w:p>
        </w:tc>
      </w:tr>
      <w:tr w:rsidR="008338EB" w14:paraId="5648C03B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741BED9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主辦單位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043461A" w14:textId="77777777" w:rsidR="008338EB" w:rsidRDefault="008338EB">
            <w:pPr>
              <w:spacing w:after="0"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FE520EC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承辦人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42CD087" w14:textId="77777777" w:rsidR="008338EB" w:rsidRDefault="008338EB">
            <w:pPr>
              <w:spacing w:after="0" w:line="252" w:lineRule="auto"/>
            </w:pPr>
          </w:p>
        </w:tc>
      </w:tr>
      <w:tr w:rsidR="008338EB" w14:paraId="451BF715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0037492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分機／電話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F9BD669" w14:textId="77777777" w:rsidR="008338EB" w:rsidRDefault="008338EB">
            <w:pPr>
              <w:spacing w:after="0"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87D5E05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活動地點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C8CEAE3" w14:textId="77777777" w:rsidR="008338EB" w:rsidRDefault="008338EB">
            <w:pPr>
              <w:spacing w:after="0" w:line="252" w:lineRule="auto"/>
            </w:pPr>
          </w:p>
        </w:tc>
      </w:tr>
      <w:tr w:rsidR="008338EB" w14:paraId="13F83B9C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CE2BAC4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活動時間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123DEC1" w14:textId="0E6BCCCB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 xml:space="preserve">　　</w:t>
            </w:r>
            <w:r w:rsidR="00EA64B8" w:rsidRPr="00EA64B8">
              <w:rPr>
                <w:rFonts w:hint="eastAsia"/>
                <w:color w:val="1F1F1F"/>
                <w:lang w:eastAsia="zh-TW"/>
              </w:rPr>
              <w:t>年　　　月　　　日　　　時止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82534A7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至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661E0C2" w14:textId="0C393B5D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 xml:space="preserve">　　年　　　月　　　日　　　時止</w:t>
            </w:r>
          </w:p>
        </w:tc>
      </w:tr>
      <w:tr w:rsidR="008338EB" w14:paraId="5BB3CD32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815E9B6" w14:textId="77777777" w:rsidR="008338EB" w:rsidRDefault="008053FC">
            <w:pPr>
              <w:spacing w:after="0" w:line="252" w:lineRule="auto"/>
            </w:pPr>
            <w:r>
              <w:rPr>
                <w:b/>
                <w:color w:val="1F4E78"/>
              </w:rPr>
              <w:t>二、供餐資料（一）</w:t>
            </w:r>
          </w:p>
        </w:tc>
      </w:tr>
      <w:tr w:rsidR="008338EB" w14:paraId="76E3F787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BD3EE74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餐別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1267A80" w14:textId="77777777" w:rsidR="00EA64B8" w:rsidRDefault="008053FC">
            <w:pPr>
              <w:spacing w:after="0" w:line="252" w:lineRule="auto"/>
              <w:rPr>
                <w:color w:val="1F1F1F"/>
                <w:sz w:val="20"/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 xml:space="preserve">□早餐　□午餐　□晚餐　□點心　</w:t>
            </w:r>
          </w:p>
          <w:p w14:paraId="2C6F9236" w14:textId="3F6CEF56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□其他：________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F48F2B0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預定送達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C93384F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 xml:space="preserve">　　月　　日　　時　　分</w:t>
            </w:r>
          </w:p>
        </w:tc>
      </w:tr>
      <w:tr w:rsidR="008338EB" w14:paraId="0D283135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29BE52A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供餐廠商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1B33E1E" w14:textId="77777777" w:rsidR="008338EB" w:rsidRDefault="008338EB">
            <w:pPr>
              <w:spacing w:after="0"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462F823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聯絡電話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3D63E7E" w14:textId="77777777" w:rsidR="008338EB" w:rsidRDefault="008338EB">
            <w:pPr>
              <w:spacing w:after="0" w:line="252" w:lineRule="auto"/>
            </w:pPr>
          </w:p>
        </w:tc>
      </w:tr>
      <w:tr w:rsidR="008338EB" w14:paraId="220AC2D8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9F47207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葷食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1C76417" w14:textId="77777777" w:rsidR="008338EB" w:rsidRDefault="008053FC">
            <w:pPr>
              <w:spacing w:after="0" w:line="252" w:lineRule="auto"/>
            </w:pPr>
            <w:r>
              <w:rPr>
                <w:color w:val="1F1F1F"/>
              </w:rPr>
              <w:t>共　　　　　份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9578F43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留樣確認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F1FCD11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□250公克以上　□已貼標籤</w:t>
            </w:r>
          </w:p>
        </w:tc>
      </w:tr>
      <w:tr w:rsidR="008338EB" w14:paraId="1FB916E3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1E19EC1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素食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7941421" w14:textId="77777777" w:rsidR="008338EB" w:rsidRDefault="008053FC">
            <w:pPr>
              <w:spacing w:after="0" w:line="252" w:lineRule="auto"/>
            </w:pPr>
            <w:r>
              <w:rPr>
                <w:color w:val="1F1F1F"/>
              </w:rPr>
              <w:t>共　　　　　份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6D4EA71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留樣確認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132AA38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□250公克以上　□已貼標籤</w:t>
            </w:r>
          </w:p>
        </w:tc>
      </w:tr>
      <w:tr w:rsidR="008338EB" w14:paraId="57BED52B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AAFD590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其他餐食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6A0B9A5" w14:textId="77777777" w:rsidR="008338EB" w:rsidRDefault="008053FC">
            <w:pPr>
              <w:spacing w:after="0" w:line="252" w:lineRule="auto"/>
            </w:pPr>
            <w:r>
              <w:rPr>
                <w:color w:val="1F1F1F"/>
                <w:sz w:val="20"/>
              </w:rPr>
              <w:t>名稱：____________　共______份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EFEE1F5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留樣確認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32F46E0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□不適用　□已依類別分別留樣</w:t>
            </w:r>
          </w:p>
        </w:tc>
      </w:tr>
      <w:tr w:rsidR="008338EB" w14:paraId="01395DF7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F04ABA3" w14:textId="77777777" w:rsidR="008338EB" w:rsidRDefault="008053FC">
            <w:pPr>
              <w:spacing w:after="0" w:line="252" w:lineRule="auto"/>
            </w:pPr>
            <w:r>
              <w:rPr>
                <w:b/>
                <w:color w:val="1F4E78"/>
              </w:rPr>
              <w:t>二、供餐資料（二）</w:t>
            </w:r>
          </w:p>
        </w:tc>
      </w:tr>
      <w:tr w:rsidR="008338EB" w14:paraId="2609FC4A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0D686BA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餐別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078BE6B" w14:textId="77777777" w:rsidR="00EA64B8" w:rsidRDefault="008053FC">
            <w:pPr>
              <w:spacing w:after="0" w:line="252" w:lineRule="auto"/>
              <w:rPr>
                <w:color w:val="1F1F1F"/>
                <w:sz w:val="20"/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 xml:space="preserve">□早餐　□午餐　□晚餐　□點心　</w:t>
            </w:r>
          </w:p>
          <w:p w14:paraId="10FB57AE" w14:textId="173467A4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□其他：________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55F5F7B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預定送達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6DEA26E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 xml:space="preserve">　　月　　日　　時　　分</w:t>
            </w:r>
          </w:p>
        </w:tc>
      </w:tr>
      <w:tr w:rsidR="008338EB" w14:paraId="7476DEBD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820660E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供餐廠商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DF80E00" w14:textId="77777777" w:rsidR="008338EB" w:rsidRDefault="008338EB">
            <w:pPr>
              <w:spacing w:after="0" w:line="252" w:lineRule="auto"/>
            </w:pP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03DEF29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聯絡電話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30CFDF2" w14:textId="77777777" w:rsidR="008338EB" w:rsidRDefault="008338EB">
            <w:pPr>
              <w:spacing w:after="0" w:line="252" w:lineRule="auto"/>
            </w:pPr>
          </w:p>
        </w:tc>
      </w:tr>
      <w:tr w:rsidR="008338EB" w14:paraId="2B672162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F4BF0D9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葷食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F6375CB" w14:textId="77777777" w:rsidR="008338EB" w:rsidRDefault="008053FC">
            <w:pPr>
              <w:spacing w:after="0" w:line="252" w:lineRule="auto"/>
            </w:pPr>
            <w:r>
              <w:rPr>
                <w:color w:val="1F1F1F"/>
              </w:rPr>
              <w:t>共　　　　　份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5AAD917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留樣確認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6573A60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□250公克以上　□已貼標籤</w:t>
            </w:r>
          </w:p>
        </w:tc>
      </w:tr>
      <w:tr w:rsidR="008338EB" w14:paraId="47841A07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E788265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素食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02F35B4" w14:textId="77777777" w:rsidR="008338EB" w:rsidRDefault="008053FC">
            <w:pPr>
              <w:spacing w:after="0" w:line="252" w:lineRule="auto"/>
            </w:pPr>
            <w:r>
              <w:rPr>
                <w:color w:val="1F1F1F"/>
              </w:rPr>
              <w:t>共　　　　　份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E2C3281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留樣確認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09A38DB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□250公克以上　□已貼標籤</w:t>
            </w:r>
          </w:p>
        </w:tc>
      </w:tr>
      <w:tr w:rsidR="008338EB" w14:paraId="2308F02E" w14:textId="77777777" w:rsidTr="00EA64B8">
        <w:trPr>
          <w:jc w:val="center"/>
        </w:trPr>
        <w:tc>
          <w:tcPr>
            <w:tcW w:w="1416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1E74AAC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其他餐食</w:t>
            </w:r>
          </w:p>
        </w:tc>
        <w:tc>
          <w:tcPr>
            <w:tcW w:w="3685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12870F1" w14:textId="77777777" w:rsidR="008338EB" w:rsidRDefault="008053FC">
            <w:pPr>
              <w:spacing w:after="0" w:line="252" w:lineRule="auto"/>
            </w:pPr>
            <w:r>
              <w:rPr>
                <w:color w:val="1F1F1F"/>
                <w:sz w:val="20"/>
              </w:rPr>
              <w:t>名稱：____________　共______份</w:t>
            </w:r>
          </w:p>
        </w:tc>
        <w:tc>
          <w:tcPr>
            <w:tcW w:w="141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F2F2F2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78199D4" w14:textId="77777777" w:rsidR="008338EB" w:rsidRDefault="008053FC">
            <w:pPr>
              <w:spacing w:after="0" w:line="252" w:lineRule="auto"/>
              <w:jc w:val="center"/>
            </w:pPr>
            <w:r>
              <w:rPr>
                <w:b/>
                <w:color w:val="1F1F1F"/>
              </w:rPr>
              <w:t>留樣確認</w:t>
            </w:r>
          </w:p>
        </w:tc>
        <w:tc>
          <w:tcPr>
            <w:tcW w:w="3687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1F73069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lang w:eastAsia="zh-TW"/>
              </w:rPr>
              <w:t>□不適用　□已依類別分別留樣</w:t>
            </w:r>
          </w:p>
        </w:tc>
      </w:tr>
      <w:tr w:rsidR="008338EB" w14:paraId="0A4EED8E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8F2EBDB" w14:textId="77777777" w:rsidR="008338EB" w:rsidRDefault="008053FC">
            <w:pPr>
              <w:spacing w:after="0" w:line="252" w:lineRule="auto"/>
            </w:pPr>
            <w:r>
              <w:rPr>
                <w:b/>
                <w:color w:val="1F4E78"/>
              </w:rPr>
              <w:t>三、承辦人確認</w:t>
            </w:r>
          </w:p>
        </w:tc>
      </w:tr>
      <w:tr w:rsidR="008338EB" w14:paraId="30C5C50E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0FC0E85" w14:textId="3C9AE76A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□ 本人已詳閱「</w:t>
            </w:r>
            <w:r w:rsidR="004220B9" w:rsidRPr="004220B9">
              <w:rPr>
                <w:rFonts w:hint="eastAsia"/>
                <w:color w:val="1F1F1F"/>
                <w:sz w:val="20"/>
                <w:lang w:eastAsia="zh-TW"/>
              </w:rPr>
              <w:t>校內大型活動餐盒食品安全及留樣注意事項</w:t>
            </w:r>
            <w:r w:rsidR="004220B9">
              <w:rPr>
                <w:rFonts w:hint="eastAsia"/>
                <w:color w:val="1F1F1F"/>
                <w:sz w:val="20"/>
                <w:lang w:eastAsia="zh-TW"/>
              </w:rPr>
              <w:t>、</w:t>
            </w:r>
            <w:r>
              <w:rPr>
                <w:color w:val="1F1F1F"/>
                <w:sz w:val="20"/>
                <w:lang w:eastAsia="zh-TW"/>
              </w:rPr>
              <w:t>大型活動膳食留樣步驟」，確認本表資料正確，並依規定完成各類餐食留樣及送交作業。</w:t>
            </w:r>
          </w:p>
        </w:tc>
      </w:tr>
      <w:tr w:rsidR="008338EB" w14:paraId="6FE6F0E8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E258187" w14:textId="45E8BA20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 xml:space="preserve">承辦人簽章：　　　　　　　　　　　　　</w:t>
            </w:r>
            <w:r w:rsidR="00EA64B8">
              <w:rPr>
                <w:rFonts w:hint="eastAsia"/>
                <w:color w:val="1F1F1F"/>
                <w:sz w:val="20"/>
                <w:lang w:eastAsia="zh-TW"/>
              </w:rPr>
              <w:t xml:space="preserve">                     </w:t>
            </w:r>
            <w:r>
              <w:rPr>
                <w:color w:val="1F1F1F"/>
                <w:sz w:val="20"/>
                <w:lang w:eastAsia="zh-TW"/>
              </w:rPr>
              <w:t>送交日期及時間：　　　月　　　日　　　時　　　分</w:t>
            </w:r>
          </w:p>
        </w:tc>
      </w:tr>
      <w:tr w:rsidR="008338EB" w14:paraId="7AC6F0D0" w14:textId="77777777">
        <w:trPr>
          <w:jc w:val="center"/>
        </w:trPr>
        <w:tc>
          <w:tcPr>
            <w:tcW w:w="10205" w:type="dxa"/>
            <w:gridSpan w:val="6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09B4DE75" w14:textId="40659D86" w:rsidR="008338EB" w:rsidRDefault="007F3CD0">
            <w:pPr>
              <w:spacing w:after="0" w:line="252" w:lineRule="auto"/>
              <w:rPr>
                <w:lang w:eastAsia="zh-TW"/>
              </w:rPr>
            </w:pPr>
            <w:r w:rsidRPr="007F3CD0">
              <w:rPr>
                <w:rFonts w:hint="eastAsia"/>
                <w:b/>
                <w:color w:val="1F4E78"/>
                <w:lang w:eastAsia="zh-TW"/>
              </w:rPr>
              <w:t>學務處身心健康中心衛生保健辦公室</w:t>
            </w:r>
            <w:r w:rsidR="008053FC">
              <w:rPr>
                <w:b/>
                <w:color w:val="1F4E78"/>
                <w:lang w:eastAsia="zh-TW"/>
              </w:rPr>
              <w:t>收件欄（由中心填寫）</w:t>
            </w:r>
          </w:p>
        </w:tc>
      </w:tr>
      <w:tr w:rsidR="008338EB" w14:paraId="46E55CAD" w14:textId="77777777" w:rsidTr="00EA64B8">
        <w:trPr>
          <w:jc w:val="center"/>
        </w:trPr>
        <w:tc>
          <w:tcPr>
            <w:tcW w:w="3401" w:type="dxa"/>
            <w:gridSpan w:val="2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D115240" w14:textId="77777777" w:rsidR="008338EB" w:rsidRDefault="008053FC">
            <w:pPr>
              <w:spacing w:after="0" w:line="252" w:lineRule="auto"/>
            </w:pPr>
            <w:r>
              <w:rPr>
                <w:color w:val="1F1F1F"/>
                <w:sz w:val="20"/>
              </w:rPr>
              <w:t>□留樣及標籤確認</w:t>
            </w:r>
          </w:p>
        </w:tc>
        <w:tc>
          <w:tcPr>
            <w:tcW w:w="3402" w:type="dxa"/>
            <w:gridSpan w:val="3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C8D304C" w14:textId="77777777" w:rsidR="008338EB" w:rsidRDefault="008053FC">
            <w:pPr>
              <w:spacing w:after="0" w:line="252" w:lineRule="auto"/>
            </w:pPr>
            <w:r>
              <w:rPr>
                <w:color w:val="1F1F1F"/>
                <w:sz w:val="20"/>
              </w:rPr>
              <w:t>冷藏起始時間：____________</w:t>
            </w:r>
          </w:p>
        </w:tc>
        <w:tc>
          <w:tcPr>
            <w:tcW w:w="3402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2F82C5A7" w14:textId="77777777" w:rsidR="008338EB" w:rsidRDefault="008053FC">
            <w:pPr>
              <w:spacing w:after="0" w:line="252" w:lineRule="auto"/>
            </w:pPr>
            <w:r>
              <w:rPr>
                <w:color w:val="1F1F1F"/>
                <w:sz w:val="20"/>
              </w:rPr>
              <w:t>收件人員：____________</w:t>
            </w:r>
          </w:p>
        </w:tc>
      </w:tr>
    </w:tbl>
    <w:p w14:paraId="68213DD9" w14:textId="77777777" w:rsidR="008338EB" w:rsidRDefault="008338EB">
      <w:pPr>
        <w:sectPr w:rsidR="008338EB" w:rsidSect="00EA64B8">
          <w:pgSz w:w="11906" w:h="16838"/>
          <w:pgMar w:top="720" w:right="720" w:bottom="720" w:left="720" w:header="340" w:footer="340" w:gutter="0"/>
          <w:cols w:space="720"/>
          <w:docGrid w:linePitch="360"/>
        </w:sectPr>
      </w:pPr>
    </w:p>
    <w:p w14:paraId="5E4EA857" w14:textId="77777777" w:rsidR="008338EB" w:rsidRPr="00EA64B8" w:rsidRDefault="008053FC">
      <w:pPr>
        <w:spacing w:after="40"/>
        <w:jc w:val="center"/>
        <w:rPr>
          <w:sz w:val="22"/>
          <w:szCs w:val="24"/>
        </w:rPr>
      </w:pPr>
      <w:r w:rsidRPr="00EA64B8">
        <w:rPr>
          <w:b/>
          <w:color w:val="1F4E78"/>
          <w:sz w:val="36"/>
          <w:szCs w:val="24"/>
        </w:rPr>
        <w:lastRenderedPageBreak/>
        <w:t>大型活動膳食留樣步驟</w:t>
      </w:r>
    </w:p>
    <w:p w14:paraId="0A9CEAC6" w14:textId="77777777" w:rsidR="008338EB" w:rsidRDefault="008053FC">
      <w:pPr>
        <w:spacing w:after="100"/>
        <w:jc w:val="center"/>
        <w:rPr>
          <w:lang w:eastAsia="zh-TW"/>
        </w:rPr>
      </w:pPr>
      <w:r>
        <w:rPr>
          <w:color w:val="595959"/>
          <w:sz w:val="19"/>
          <w:lang w:eastAsia="zh-TW"/>
        </w:rPr>
        <w:t>適用於校內用餐人數達100人以上，並提供外購盒餐或團體膳食之活動</w:t>
      </w: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1701"/>
        <w:gridCol w:w="1701"/>
        <w:gridCol w:w="5557"/>
      </w:tblGrid>
      <w:tr w:rsidR="004220B9" w14:paraId="08C3D273" w14:textId="77777777" w:rsidTr="009A4DD3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0E76740" w14:textId="77777777" w:rsidR="004220B9" w:rsidRDefault="004220B9" w:rsidP="004220B9">
            <w:pPr>
              <w:spacing w:after="0" w:line="252" w:lineRule="auto"/>
              <w:jc w:val="center"/>
            </w:pPr>
            <w:r>
              <w:rPr>
                <w:b/>
                <w:color w:val="FFFFFF"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6EEFBAA0" w14:textId="4B062E9A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準備容器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23FA9FD1" w14:textId="2108F703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 w:rsidRPr="004220B9">
              <w:rPr>
                <w:b/>
                <w:noProof/>
                <w:color w:val="1F1F1F"/>
              </w:rPr>
              <w:drawing>
                <wp:inline distT="0" distB="0" distL="0" distR="0" wp14:anchorId="6FF8E070" wp14:editId="39C72B4A">
                  <wp:extent cx="685896" cy="100026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96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C761300" w14:textId="6C81E9AC" w:rsidR="004220B9" w:rsidRDefault="004220B9" w:rsidP="004220B9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使用乾淨夾鏈袋（建議6號以上）或其他適當容器盛裝。</w:t>
            </w:r>
          </w:p>
        </w:tc>
      </w:tr>
      <w:tr w:rsidR="004220B9" w14:paraId="55599358" w14:textId="77777777" w:rsidTr="009A4DD3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B6D4B89" w14:textId="77777777" w:rsidR="004220B9" w:rsidRDefault="004220B9" w:rsidP="004220B9">
            <w:pPr>
              <w:spacing w:after="0" w:line="252" w:lineRule="auto"/>
              <w:jc w:val="center"/>
            </w:pPr>
            <w:r>
              <w:rPr>
                <w:b/>
                <w:color w:val="FFFFFF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4E01C8C9" w14:textId="4736A07D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分別留樣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6E88807B" w14:textId="0C159D51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071ACFFA" wp14:editId="19772D68">
                  <wp:extent cx="657225" cy="1019175"/>
                  <wp:effectExtent l="0" t="0" r="9525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9776B3B" w14:textId="77777777" w:rsidR="004220B9" w:rsidRDefault="004220B9" w:rsidP="004220B9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葷食、素食及其他不同類別餐食應分開留樣，每一類留樣250公克以上。</w:t>
            </w:r>
          </w:p>
        </w:tc>
      </w:tr>
      <w:tr w:rsidR="004220B9" w14:paraId="2301BFFA" w14:textId="77777777" w:rsidTr="009A4DD3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87679CC" w14:textId="77777777" w:rsidR="004220B9" w:rsidRDefault="004220B9" w:rsidP="004220B9">
            <w:pPr>
              <w:spacing w:after="0" w:line="252" w:lineRule="auto"/>
              <w:jc w:val="center"/>
            </w:pPr>
            <w:r>
              <w:rPr>
                <w:b/>
                <w:color w:val="FFFFFF"/>
                <w:sz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24E6CFBB" w14:textId="15B7AD62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完整標示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2B55FD5B" w14:textId="4B8C382D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74164981" wp14:editId="669FEDD9">
                  <wp:extent cx="1200785" cy="698241"/>
                  <wp:effectExtent l="0" t="0" r="0" b="698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558" cy="705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328E9548" w14:textId="77777777" w:rsidR="004220B9" w:rsidRDefault="004220B9" w:rsidP="004220B9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標籤應填寫廠商名稱、餐別、餐食類別、食品名稱、留樣日期、時間及留樣人員。</w:t>
            </w:r>
          </w:p>
        </w:tc>
      </w:tr>
      <w:tr w:rsidR="004220B9" w14:paraId="36505E29" w14:textId="77777777" w:rsidTr="009A4DD3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152EA4FA" w14:textId="77777777" w:rsidR="004220B9" w:rsidRDefault="004220B9" w:rsidP="004220B9">
            <w:pPr>
              <w:spacing w:after="0" w:line="252" w:lineRule="auto"/>
              <w:jc w:val="center"/>
            </w:pPr>
            <w:r>
              <w:rPr>
                <w:b/>
                <w:color w:val="FFFFFF"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584EE873" w14:textId="42835780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密封送交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27749AE0" w14:textId="3E3A2C70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2FF76975" wp14:editId="1D115D6F">
                  <wp:extent cx="685800" cy="10287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5C514EFE" w14:textId="1558E5C3" w:rsidR="004220B9" w:rsidRDefault="004220B9" w:rsidP="004220B9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將標籤黏貼於夾鏈袋或容器外側，密封後儘速送交身心健康中心</w:t>
            </w:r>
            <w:r w:rsidR="008053FC">
              <w:rPr>
                <w:rFonts w:hint="eastAsia"/>
                <w:color w:val="1F1F1F"/>
                <w:sz w:val="20"/>
                <w:lang w:eastAsia="zh-TW"/>
              </w:rPr>
              <w:t>衛生保健辦公室</w:t>
            </w:r>
            <w:r>
              <w:rPr>
                <w:color w:val="1F1F1F"/>
                <w:sz w:val="20"/>
                <w:lang w:eastAsia="zh-TW"/>
              </w:rPr>
              <w:t>。</w:t>
            </w:r>
          </w:p>
        </w:tc>
      </w:tr>
      <w:tr w:rsidR="004220B9" w14:paraId="6DB5AC57" w14:textId="77777777" w:rsidTr="009A4DD3">
        <w:trPr>
          <w:jc w:val="center"/>
        </w:trPr>
        <w:tc>
          <w:tcPr>
            <w:tcW w:w="680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1F4E78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44391659" w14:textId="77777777" w:rsidR="004220B9" w:rsidRDefault="004220B9" w:rsidP="004220B9">
            <w:pPr>
              <w:spacing w:after="0" w:line="252" w:lineRule="auto"/>
              <w:jc w:val="center"/>
            </w:pPr>
            <w:r>
              <w:rPr>
                <w:b/>
                <w:color w:val="FFFFFF"/>
                <w:sz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  <w:vAlign w:val="center"/>
          </w:tcPr>
          <w:p w14:paraId="1CFEB5F8" w14:textId="43C0AD9B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color w:val="1F1F1F"/>
              </w:rPr>
              <w:t>冷藏保存</w:t>
            </w:r>
          </w:p>
        </w:tc>
        <w:tc>
          <w:tcPr>
            <w:tcW w:w="1701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EEF5FA"/>
          </w:tcPr>
          <w:p w14:paraId="52585814" w14:textId="5AA95A2E" w:rsidR="004220B9" w:rsidRDefault="004220B9" w:rsidP="004220B9">
            <w:pPr>
              <w:spacing w:after="0" w:line="252" w:lineRule="auto"/>
              <w:jc w:val="center"/>
              <w:rPr>
                <w:b/>
                <w:color w:val="1F1F1F"/>
              </w:rPr>
            </w:pPr>
            <w:r>
              <w:rPr>
                <w:b/>
                <w:noProof/>
                <w:color w:val="1F1F1F"/>
              </w:rPr>
              <w:drawing>
                <wp:inline distT="0" distB="0" distL="0" distR="0" wp14:anchorId="7C365CEE" wp14:editId="335B8FD3">
                  <wp:extent cx="685800" cy="10477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7645C579" w14:textId="0E7339A4" w:rsidR="004220B9" w:rsidRDefault="004220B9" w:rsidP="004220B9">
            <w:pPr>
              <w:spacing w:after="0" w:line="252" w:lineRule="auto"/>
              <w:rPr>
                <w:lang w:eastAsia="zh-TW"/>
              </w:rPr>
            </w:pPr>
            <w:r>
              <w:rPr>
                <w:color w:val="1F1F1F"/>
                <w:sz w:val="20"/>
                <w:lang w:eastAsia="zh-TW"/>
              </w:rPr>
              <w:t>由身心健康中心</w:t>
            </w:r>
            <w:r>
              <w:rPr>
                <w:rFonts w:hint="eastAsia"/>
                <w:color w:val="1F1F1F"/>
                <w:sz w:val="20"/>
                <w:lang w:eastAsia="zh-TW"/>
              </w:rPr>
              <w:t>衛生保健</w:t>
            </w:r>
            <w:r w:rsidR="008053FC">
              <w:rPr>
                <w:rFonts w:hint="eastAsia"/>
                <w:color w:val="1F1F1F"/>
                <w:sz w:val="20"/>
                <w:lang w:eastAsia="zh-TW"/>
              </w:rPr>
              <w:t>辦公室</w:t>
            </w:r>
            <w:r>
              <w:rPr>
                <w:color w:val="1F1F1F"/>
                <w:sz w:val="20"/>
                <w:lang w:eastAsia="zh-TW"/>
              </w:rPr>
              <w:t>於攝氏7℃以下冷藏保存48小時；期間不得開啟，期限屆滿且無食品安全疑慮後協助銷毀。</w:t>
            </w:r>
          </w:p>
        </w:tc>
      </w:tr>
    </w:tbl>
    <w:p w14:paraId="6DA16955" w14:textId="75770D36" w:rsidR="008338EB" w:rsidRDefault="008053FC" w:rsidP="008053FC">
      <w:pPr>
        <w:spacing w:before="100" w:after="100"/>
        <w:rPr>
          <w:lang w:eastAsia="zh-TW"/>
        </w:rPr>
      </w:pPr>
      <w:r>
        <w:rPr>
          <w:b/>
          <w:color w:val="9C3C30"/>
          <w:sz w:val="20"/>
          <w:lang w:eastAsia="zh-TW"/>
        </w:rPr>
        <w:t>提醒：如發現食品變質或其他異常狀況，應立即停止食用，並通報活動承辦單位及身心健康中心</w:t>
      </w:r>
      <w:r>
        <w:rPr>
          <w:rFonts w:hint="eastAsia"/>
          <w:b/>
          <w:color w:val="9C3C30"/>
          <w:sz w:val="20"/>
          <w:lang w:eastAsia="zh-TW"/>
        </w:rPr>
        <w:t>衛生保健辦公室</w:t>
      </w:r>
      <w:r>
        <w:rPr>
          <w:b/>
          <w:color w:val="9C3C30"/>
          <w:sz w:val="20"/>
          <w:lang w:eastAsia="zh-TW"/>
        </w:rPr>
        <w:t>。</w:t>
      </w:r>
    </w:p>
    <w:tbl>
      <w:tblPr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087"/>
        <w:gridCol w:w="5087"/>
        <w:gridCol w:w="31"/>
      </w:tblGrid>
      <w:tr w:rsidR="008338EB" w14:paraId="595F20E5" w14:textId="77777777">
        <w:trPr>
          <w:jc w:val="center"/>
        </w:trPr>
        <w:tc>
          <w:tcPr>
            <w:tcW w:w="10205" w:type="dxa"/>
            <w:gridSpan w:val="3"/>
            <w:tcBorders>
              <w:top w:val="single" w:sz="6" w:space="0" w:color="7F8C8D"/>
              <w:left w:val="single" w:sz="6" w:space="0" w:color="7F8C8D"/>
              <w:bottom w:val="single" w:sz="6" w:space="0" w:color="7F8C8D"/>
              <w:right w:val="single" w:sz="6" w:space="0" w:color="7F8C8D"/>
            </w:tcBorders>
            <w:shd w:val="clear" w:color="auto" w:fill="D9EAF7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</w:tcPr>
          <w:p w14:paraId="6452D917" w14:textId="77777777" w:rsidR="008338EB" w:rsidRDefault="008053FC">
            <w:pPr>
              <w:spacing w:after="0" w:line="252" w:lineRule="auto"/>
              <w:rPr>
                <w:lang w:eastAsia="zh-TW"/>
              </w:rPr>
            </w:pPr>
            <w:r>
              <w:rPr>
                <w:b/>
                <w:color w:val="1F4E78"/>
                <w:lang w:eastAsia="zh-TW"/>
              </w:rPr>
              <w:t>食品留樣標籤（請剪下使用；每一類餐食各貼一張）</w:t>
            </w:r>
          </w:p>
        </w:tc>
      </w:tr>
      <w:tr w:rsidR="008338EB" w14:paraId="41359E0D" w14:textId="77777777" w:rsidTr="004220B9">
        <w:trPr>
          <w:gridAfter w:val="1"/>
          <w:wAfter w:w="31" w:type="dxa"/>
          <w:jc w:val="center"/>
        </w:trPr>
        <w:tc>
          <w:tcPr>
            <w:tcW w:w="5087" w:type="dxa"/>
            <w:tcBorders>
              <w:top w:val="dashed" w:sz="7" w:space="0" w:color="7F8C8D"/>
              <w:left w:val="dashed" w:sz="7" w:space="0" w:color="7F8C8D"/>
              <w:bottom w:val="dashed" w:sz="7" w:space="0" w:color="7F8C8D"/>
              <w:right w:val="dashed" w:sz="7" w:space="0" w:color="7F8C8D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17DCD5B" w14:textId="77777777" w:rsidR="008338EB" w:rsidRDefault="008053FC">
            <w:pPr>
              <w:spacing w:after="60"/>
              <w:jc w:val="center"/>
              <w:rPr>
                <w:lang w:eastAsia="zh-TW"/>
              </w:rPr>
            </w:pPr>
            <w:r>
              <w:rPr>
                <w:b/>
                <w:color w:val="1F4E78"/>
                <w:sz w:val="22"/>
                <w:lang w:eastAsia="zh-TW"/>
              </w:rPr>
              <w:t>食　品　留　樣　標　籤</w:t>
            </w:r>
          </w:p>
          <w:p w14:paraId="423BDF92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廠商名稱：____________________________</w:t>
            </w:r>
          </w:p>
          <w:p w14:paraId="0DFCB0C5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餐　　別：□早餐　□午餐　□晚餐　□其他</w:t>
            </w:r>
          </w:p>
          <w:p w14:paraId="3216290B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餐食類別：□葷食　□素食　□其他：______</w:t>
            </w:r>
          </w:p>
          <w:p w14:paraId="17315CAC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食品名稱：____________________________</w:t>
            </w:r>
          </w:p>
          <w:p w14:paraId="5BBCE582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留樣日期：民國______年______月______日</w:t>
            </w:r>
          </w:p>
          <w:p w14:paraId="78BDA0D0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留樣時間：______時______分</w:t>
            </w:r>
          </w:p>
          <w:p w14:paraId="1DCF3DAE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留樣人員：____________________________</w:t>
            </w:r>
          </w:p>
        </w:tc>
        <w:tc>
          <w:tcPr>
            <w:tcW w:w="5087" w:type="dxa"/>
            <w:tcBorders>
              <w:top w:val="dashed" w:sz="7" w:space="0" w:color="7F8C8D"/>
              <w:left w:val="dashed" w:sz="7" w:space="0" w:color="7F8C8D"/>
              <w:bottom w:val="dashed" w:sz="7" w:space="0" w:color="7F8C8D"/>
              <w:right w:val="dashed" w:sz="7" w:space="0" w:color="7F8C8D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27E0844" w14:textId="77777777" w:rsidR="008338EB" w:rsidRDefault="008053FC">
            <w:pPr>
              <w:spacing w:after="60"/>
              <w:jc w:val="center"/>
              <w:rPr>
                <w:lang w:eastAsia="zh-TW"/>
              </w:rPr>
            </w:pPr>
            <w:r>
              <w:rPr>
                <w:b/>
                <w:color w:val="1F4E78"/>
                <w:sz w:val="22"/>
                <w:lang w:eastAsia="zh-TW"/>
              </w:rPr>
              <w:t>食　品　留　樣　標　籤</w:t>
            </w:r>
          </w:p>
          <w:p w14:paraId="280FDA31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廠商名稱：____________________________</w:t>
            </w:r>
          </w:p>
          <w:p w14:paraId="03325A34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餐　　別：□早餐　□午餐　□晚餐　□其他</w:t>
            </w:r>
          </w:p>
          <w:p w14:paraId="3DBB2C8C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餐食類別：□葷食　□素食　□其他：______</w:t>
            </w:r>
          </w:p>
          <w:p w14:paraId="50A8BE6B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食品名稱：____________________________</w:t>
            </w:r>
          </w:p>
          <w:p w14:paraId="749DEB41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留樣日期：民國______年______月______日</w:t>
            </w:r>
          </w:p>
          <w:p w14:paraId="69571B64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留樣時間：______時______分</w:t>
            </w:r>
          </w:p>
          <w:p w14:paraId="4DC2B20E" w14:textId="77777777" w:rsidR="008338EB" w:rsidRDefault="008053FC">
            <w:pPr>
              <w:spacing w:after="30" w:line="240" w:lineRule="auto"/>
              <w:rPr>
                <w:lang w:eastAsia="zh-TW"/>
              </w:rPr>
            </w:pPr>
            <w:r>
              <w:rPr>
                <w:color w:val="1F1F1F"/>
                <w:sz w:val="17"/>
                <w:lang w:eastAsia="zh-TW"/>
              </w:rPr>
              <w:t>留樣人員：____________________________</w:t>
            </w:r>
          </w:p>
        </w:tc>
      </w:tr>
    </w:tbl>
    <w:p w14:paraId="0471BB84" w14:textId="77777777" w:rsidR="00DF76BF" w:rsidRDefault="00DF76BF">
      <w:pPr>
        <w:rPr>
          <w:lang w:eastAsia="zh-TW"/>
        </w:rPr>
      </w:pPr>
    </w:p>
    <w:sectPr w:rsidR="00DF76BF" w:rsidSect="00034616">
      <w:pgSz w:w="11906" w:h="16838"/>
      <w:pgMar w:top="709" w:right="850" w:bottom="680" w:left="850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740FC" w14:textId="77777777" w:rsidR="007F3CD0" w:rsidRDefault="007F3CD0" w:rsidP="007F3CD0">
      <w:pPr>
        <w:spacing w:after="0" w:line="240" w:lineRule="auto"/>
      </w:pPr>
      <w:r>
        <w:separator/>
      </w:r>
    </w:p>
  </w:endnote>
  <w:endnote w:type="continuationSeparator" w:id="0">
    <w:p w14:paraId="12155BD2" w14:textId="77777777" w:rsidR="007F3CD0" w:rsidRDefault="007F3CD0" w:rsidP="007F3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30151" w14:textId="77777777" w:rsidR="007F3CD0" w:rsidRDefault="007F3CD0" w:rsidP="007F3CD0">
      <w:pPr>
        <w:spacing w:after="0" w:line="240" w:lineRule="auto"/>
      </w:pPr>
      <w:r>
        <w:separator/>
      </w:r>
    </w:p>
  </w:footnote>
  <w:footnote w:type="continuationSeparator" w:id="0">
    <w:p w14:paraId="13AE8EBF" w14:textId="77777777" w:rsidR="007F3CD0" w:rsidRDefault="007F3CD0" w:rsidP="007F3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9108397">
    <w:abstractNumId w:val="8"/>
  </w:num>
  <w:num w:numId="2" w16cid:durableId="337193801">
    <w:abstractNumId w:val="6"/>
  </w:num>
  <w:num w:numId="3" w16cid:durableId="772675042">
    <w:abstractNumId w:val="5"/>
  </w:num>
  <w:num w:numId="4" w16cid:durableId="1239904315">
    <w:abstractNumId w:val="4"/>
  </w:num>
  <w:num w:numId="5" w16cid:durableId="1937248139">
    <w:abstractNumId w:val="7"/>
  </w:num>
  <w:num w:numId="6" w16cid:durableId="130944895">
    <w:abstractNumId w:val="3"/>
  </w:num>
  <w:num w:numId="7" w16cid:durableId="1342003058">
    <w:abstractNumId w:val="2"/>
  </w:num>
  <w:num w:numId="8" w16cid:durableId="646861306">
    <w:abstractNumId w:val="1"/>
  </w:num>
  <w:num w:numId="9" w16cid:durableId="1843163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8C8"/>
    <w:rsid w:val="0006063C"/>
    <w:rsid w:val="0015074B"/>
    <w:rsid w:val="001F1A9D"/>
    <w:rsid w:val="0029639D"/>
    <w:rsid w:val="002E3963"/>
    <w:rsid w:val="00326F90"/>
    <w:rsid w:val="00381617"/>
    <w:rsid w:val="004220B9"/>
    <w:rsid w:val="004A752E"/>
    <w:rsid w:val="007F3CD0"/>
    <w:rsid w:val="008053FC"/>
    <w:rsid w:val="008338EB"/>
    <w:rsid w:val="00AA1D8D"/>
    <w:rsid w:val="00B47730"/>
    <w:rsid w:val="00CB0664"/>
    <w:rsid w:val="00DF76BF"/>
    <w:rsid w:val="00EA64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72CC3D"/>
  <w14:defaultImageDpi w14:val="300"/>
  <w15:docId w15:val="{6F7BE862-C68E-4028-8718-8B608F6C1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264" w:lineRule="auto"/>
    </w:pPr>
    <w:rPr>
      <w:rFonts w:ascii="微軟正黑體" w:eastAsia="微軟正黑體" w:hAnsi="微軟正黑體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大型活動膳食留樣申請表</dc:title>
  <dc:subject>100人以上大型活動餐食留樣申請及標籤</dc:subject>
  <dc:creator>台南應用科技大學 身心健康中心</dc:creator>
  <cp:keywords/>
  <dc:description>generated by python-docx</dc:description>
  <cp:lastModifiedBy>sixgroup12@gmail.com</cp:lastModifiedBy>
  <cp:revision>5</cp:revision>
  <dcterms:created xsi:type="dcterms:W3CDTF">2026-07-28T01:01:00Z</dcterms:created>
  <dcterms:modified xsi:type="dcterms:W3CDTF">2026-09-02T06:22:00Z</dcterms:modified>
  <cp:category/>
</cp:coreProperties>
</file>